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AF5F7" w14:textId="27013EC9" w:rsidR="00614B64" w:rsidRPr="00BC0C8B" w:rsidRDefault="00BC0C8B">
      <w:pPr>
        <w:rPr>
          <w:u w:val="single"/>
        </w:rPr>
      </w:pPr>
      <w:r w:rsidRPr="00BC0C8B">
        <w:rPr>
          <w:b/>
          <w:sz w:val="32"/>
          <w:u w:val="single"/>
        </w:rPr>
        <w:t xml:space="preserve">SEVERE WEATHER TIPS - </w:t>
      </w:r>
      <w:r w:rsidRPr="00BC0C8B">
        <w:rPr>
          <w:b/>
          <w:sz w:val="40"/>
          <w:szCs w:val="40"/>
          <w:u w:val="single"/>
        </w:rPr>
        <w:t>BEFORE</w:t>
      </w:r>
      <w:r w:rsidRPr="00BC0C8B">
        <w:rPr>
          <w:b/>
          <w:sz w:val="32"/>
          <w:u w:val="single"/>
        </w:rPr>
        <w:t xml:space="preserve"> THE STORM</w:t>
      </w:r>
    </w:p>
    <w:p w14:paraId="12DAF3DA" w14:textId="77777777" w:rsidR="00614B64" w:rsidRPr="00BC0C8B" w:rsidRDefault="00000000">
      <w:pPr>
        <w:rPr>
          <w:color w:val="EE0000"/>
          <w:sz w:val="28"/>
          <w:szCs w:val="28"/>
        </w:rPr>
      </w:pPr>
      <w:r w:rsidRPr="00BC0C8B">
        <w:rPr>
          <w:b/>
          <w:color w:val="EE0000"/>
          <w:sz w:val="32"/>
          <w:szCs w:val="28"/>
        </w:rPr>
        <w:t>PREVENTION &amp; PREPARATION</w:t>
      </w:r>
    </w:p>
    <w:p w14:paraId="74C9B3FB" w14:textId="77777777" w:rsidR="00614B64" w:rsidRDefault="00000000">
      <w:r>
        <w:rPr>
          <w:b/>
          <w:sz w:val="24"/>
        </w:rPr>
        <w:t>EMERGENCY READINESS</w:t>
      </w:r>
    </w:p>
    <w:p w14:paraId="790A9074" w14:textId="77777777" w:rsidR="00614B64" w:rsidRDefault="00000000">
      <w:pPr>
        <w:pStyle w:val="ListBullet"/>
      </w:pPr>
      <w:r>
        <w:rPr>
          <w:sz w:val="21"/>
        </w:rPr>
        <w:t>Identify safest shelter location (basement or interior room without windows)</w:t>
      </w:r>
    </w:p>
    <w:p w14:paraId="25549E1D" w14:textId="77777777" w:rsidR="00614B64" w:rsidRDefault="00000000">
      <w:pPr>
        <w:pStyle w:val="ListBullet"/>
      </w:pPr>
      <w:r>
        <w:rPr>
          <w:sz w:val="21"/>
        </w:rPr>
        <w:t>Create and practice a family emergency communication plan</w:t>
      </w:r>
    </w:p>
    <w:p w14:paraId="3A428EA2" w14:textId="77777777" w:rsidR="00614B64" w:rsidRDefault="00000000">
      <w:pPr>
        <w:pStyle w:val="ListBullet"/>
      </w:pPr>
      <w:r>
        <w:rPr>
          <w:sz w:val="21"/>
        </w:rPr>
        <w:t>Know evacuation routes if severe damage or flooding occurs</w:t>
      </w:r>
    </w:p>
    <w:p w14:paraId="2666BD5C" w14:textId="77777777" w:rsidR="00614B64" w:rsidRDefault="00000000">
      <w:pPr>
        <w:pStyle w:val="ListBullet"/>
      </w:pPr>
      <w:r>
        <w:rPr>
          <w:sz w:val="21"/>
        </w:rPr>
        <w:t>Sign up for local emergency alerts and weather notifications</w:t>
      </w:r>
    </w:p>
    <w:p w14:paraId="4E7B4A76" w14:textId="77777777" w:rsidR="00614B64" w:rsidRDefault="00000000">
      <w:pPr>
        <w:pStyle w:val="ListBullet"/>
      </w:pPr>
      <w:r>
        <w:rPr>
          <w:sz w:val="21"/>
        </w:rPr>
        <w:t>Know how to receive warnings (apps, NOAA radio, local news)</w:t>
      </w:r>
    </w:p>
    <w:p w14:paraId="6AE47B1D" w14:textId="77777777" w:rsidR="00614B64" w:rsidRDefault="00000000">
      <w:pPr>
        <w:pStyle w:val="ListBullet"/>
      </w:pPr>
      <w:r>
        <w:rPr>
          <w:sz w:val="21"/>
        </w:rPr>
        <w:t>Keep shoes and a flashlight near your bed during storm season</w:t>
      </w:r>
    </w:p>
    <w:p w14:paraId="5A53F71A" w14:textId="77777777" w:rsidR="00614B64" w:rsidRDefault="00000000">
      <w:r>
        <w:rPr>
          <w:b/>
          <w:sz w:val="24"/>
        </w:rPr>
        <w:t>SUPPLIES STOCKED &amp; READY</w:t>
      </w:r>
    </w:p>
    <w:p w14:paraId="623B8C1E" w14:textId="77777777" w:rsidR="00614B64" w:rsidRDefault="00000000">
      <w:pPr>
        <w:pStyle w:val="ListBullet"/>
      </w:pPr>
      <w:r>
        <w:rPr>
          <w:sz w:val="21"/>
        </w:rPr>
        <w:t>Flashlights and extra batteries</w:t>
      </w:r>
    </w:p>
    <w:p w14:paraId="217B356A" w14:textId="77777777" w:rsidR="00614B64" w:rsidRDefault="00000000">
      <w:pPr>
        <w:pStyle w:val="ListBullet"/>
      </w:pPr>
      <w:r>
        <w:rPr>
          <w:sz w:val="21"/>
        </w:rPr>
        <w:t>Portable phone chargers or backup power banks</w:t>
      </w:r>
    </w:p>
    <w:p w14:paraId="0EBCE72C" w14:textId="77777777" w:rsidR="00614B64" w:rsidRDefault="00000000">
      <w:pPr>
        <w:pStyle w:val="ListBullet"/>
      </w:pPr>
      <w:r>
        <w:rPr>
          <w:sz w:val="21"/>
        </w:rPr>
        <w:t>First aid kit and necessary medications</w:t>
      </w:r>
    </w:p>
    <w:p w14:paraId="7FFD3748" w14:textId="77777777" w:rsidR="00614B64" w:rsidRDefault="00000000">
      <w:pPr>
        <w:pStyle w:val="ListBullet"/>
      </w:pPr>
      <w:r>
        <w:rPr>
          <w:sz w:val="21"/>
        </w:rPr>
        <w:t>Bottled water (1 gallon per person per day recommended)</w:t>
      </w:r>
    </w:p>
    <w:p w14:paraId="303EBD1E" w14:textId="77777777" w:rsidR="00614B64" w:rsidRDefault="00000000">
      <w:pPr>
        <w:pStyle w:val="ListBullet"/>
      </w:pPr>
      <w:r>
        <w:rPr>
          <w:sz w:val="21"/>
        </w:rPr>
        <w:t>Non-perishable food for 2–3 days</w:t>
      </w:r>
    </w:p>
    <w:p w14:paraId="71E9FA64" w14:textId="77777777" w:rsidR="00614B64" w:rsidRDefault="00000000">
      <w:pPr>
        <w:pStyle w:val="ListBullet"/>
      </w:pPr>
      <w:r>
        <w:rPr>
          <w:sz w:val="21"/>
        </w:rPr>
        <w:t>Blankets and basic hygiene supplies</w:t>
      </w:r>
    </w:p>
    <w:p w14:paraId="3837CE02" w14:textId="77777777" w:rsidR="00614B64" w:rsidRDefault="00000000">
      <w:pPr>
        <w:pStyle w:val="ListBullet"/>
      </w:pPr>
      <w:r>
        <w:rPr>
          <w:sz w:val="21"/>
        </w:rPr>
        <w:t>Battery-powered weather radio</w:t>
      </w:r>
    </w:p>
    <w:p w14:paraId="4FE6E9FC" w14:textId="77777777" w:rsidR="00614B64" w:rsidRDefault="00000000">
      <w:pPr>
        <w:pStyle w:val="ListBullet"/>
      </w:pPr>
      <w:r>
        <w:rPr>
          <w:sz w:val="21"/>
        </w:rPr>
        <w:t>Fully charge phones before storms arrive</w:t>
      </w:r>
    </w:p>
    <w:p w14:paraId="68AB386B" w14:textId="77777777" w:rsidR="00614B64" w:rsidRDefault="00000000">
      <w:r>
        <w:rPr>
          <w:b/>
          <w:sz w:val="24"/>
        </w:rPr>
        <w:t>PREPARE &amp; PROTECT PROPERTY</w:t>
      </w:r>
    </w:p>
    <w:p w14:paraId="0BA052D7" w14:textId="77777777" w:rsidR="00614B64" w:rsidRDefault="00000000">
      <w:pPr>
        <w:pStyle w:val="ListBullet"/>
      </w:pPr>
      <w:r>
        <w:rPr>
          <w:sz w:val="21"/>
        </w:rPr>
        <w:t>Secure or bring inside outdoor furniture, grills, decorations, and loose yard items</w:t>
      </w:r>
    </w:p>
    <w:p w14:paraId="2096C026" w14:textId="77777777" w:rsidR="00614B64" w:rsidRDefault="00000000">
      <w:pPr>
        <w:pStyle w:val="ListBullet"/>
      </w:pPr>
      <w:r>
        <w:rPr>
          <w:sz w:val="21"/>
        </w:rPr>
        <w:t>Trim weak or overhanging tree branches</w:t>
      </w:r>
    </w:p>
    <w:p w14:paraId="52563491" w14:textId="77777777" w:rsidR="00614B64" w:rsidRDefault="00000000">
      <w:pPr>
        <w:pStyle w:val="ListBullet"/>
      </w:pPr>
      <w:r>
        <w:rPr>
          <w:sz w:val="21"/>
        </w:rPr>
        <w:t>Clean gutters and downspouts</w:t>
      </w:r>
    </w:p>
    <w:p w14:paraId="502B7272" w14:textId="77777777" w:rsidR="00614B64" w:rsidRDefault="00000000">
      <w:pPr>
        <w:pStyle w:val="ListBullet"/>
      </w:pPr>
      <w:r>
        <w:rPr>
          <w:sz w:val="21"/>
        </w:rPr>
        <w:t>Inspect roof for loose or damaged shingles</w:t>
      </w:r>
    </w:p>
    <w:p w14:paraId="2DD25C1A" w14:textId="77777777" w:rsidR="00614B64" w:rsidRDefault="00000000">
      <w:pPr>
        <w:pStyle w:val="ListBullet"/>
      </w:pPr>
      <w:r>
        <w:rPr>
          <w:sz w:val="21"/>
        </w:rPr>
        <w:t>Close and secure doors and windows</w:t>
      </w:r>
    </w:p>
    <w:p w14:paraId="7A241F5E" w14:textId="77777777" w:rsidR="00614B64" w:rsidRDefault="00000000">
      <w:pPr>
        <w:pStyle w:val="ListBullet"/>
      </w:pPr>
      <w:r>
        <w:rPr>
          <w:sz w:val="21"/>
        </w:rPr>
        <w:t>Move valuables off basement floors in flood-prone areas</w:t>
      </w:r>
    </w:p>
    <w:p w14:paraId="56D455C1" w14:textId="77777777" w:rsidR="00614B64" w:rsidRDefault="00000000">
      <w:pPr>
        <w:pStyle w:val="ListBullet"/>
      </w:pPr>
      <w:r>
        <w:rPr>
          <w:sz w:val="21"/>
        </w:rPr>
        <w:t>Consider surge protectors for electronics</w:t>
      </w:r>
    </w:p>
    <w:p w14:paraId="2AEAA9A7" w14:textId="77777777" w:rsidR="00614B64" w:rsidRDefault="00000000">
      <w:pPr>
        <w:pStyle w:val="ListBullet"/>
      </w:pPr>
      <w:r>
        <w:rPr>
          <w:sz w:val="21"/>
        </w:rPr>
        <w:t>Make sure sump pump is functioning properly</w:t>
      </w:r>
    </w:p>
    <w:p w14:paraId="077B2BA9" w14:textId="77777777" w:rsidR="00614B64" w:rsidRDefault="00000000">
      <w:pPr>
        <w:pStyle w:val="ListBullet"/>
      </w:pPr>
      <w:r>
        <w:rPr>
          <w:sz w:val="21"/>
        </w:rPr>
        <w:t>Locate and clearly label main water shut-off valve</w:t>
      </w:r>
    </w:p>
    <w:p w14:paraId="1B46AA85" w14:textId="77777777" w:rsidR="00614B64" w:rsidRDefault="00000000">
      <w:pPr>
        <w:pStyle w:val="ListBullet"/>
      </w:pPr>
      <w:r>
        <w:rPr>
          <w:sz w:val="21"/>
        </w:rPr>
        <w:t>Take photos or video of your home and valuables</w:t>
      </w:r>
    </w:p>
    <w:p w14:paraId="010865AB" w14:textId="77777777" w:rsidR="00614B64" w:rsidRDefault="00000000">
      <w:r>
        <w:rPr>
          <w:b/>
          <w:sz w:val="24"/>
        </w:rPr>
        <w:t>REVIEW &amp; SAVE IMPORTANT INFO</w:t>
      </w:r>
    </w:p>
    <w:p w14:paraId="3A31112F" w14:textId="77777777" w:rsidR="00614B64" w:rsidRDefault="00000000">
      <w:pPr>
        <w:pStyle w:val="ListBullet"/>
      </w:pPr>
      <w:r>
        <w:rPr>
          <w:sz w:val="21"/>
        </w:rPr>
        <w:t>Review insurance coverage details</w:t>
      </w:r>
    </w:p>
    <w:p w14:paraId="076D1D88" w14:textId="042EAFDB" w:rsidR="00614B64" w:rsidRDefault="00000000">
      <w:pPr>
        <w:pStyle w:val="ListBullet"/>
      </w:pPr>
      <w:r>
        <w:rPr>
          <w:sz w:val="21"/>
        </w:rPr>
        <w:t>Save contact information for key resources</w:t>
      </w:r>
      <w:r w:rsidR="007330DB">
        <w:rPr>
          <w:sz w:val="21"/>
        </w:rPr>
        <w:t xml:space="preserve"> like insurance and restoration resources</w:t>
      </w:r>
    </w:p>
    <w:p w14:paraId="0012A71A" w14:textId="77777777" w:rsidR="00614B64" w:rsidRDefault="00000000">
      <w:pPr>
        <w:pStyle w:val="ListBullet"/>
      </w:pPr>
      <w:r>
        <w:rPr>
          <w:sz w:val="21"/>
        </w:rPr>
        <w:t>Store important documents digitally or in waterproof containers</w:t>
      </w:r>
    </w:p>
    <w:p w14:paraId="66A148DD" w14:textId="77777777" w:rsidR="00614B64" w:rsidRDefault="00000000">
      <w:pPr>
        <w:pStyle w:val="ListBullet"/>
      </w:pPr>
      <w:r>
        <w:rPr>
          <w:sz w:val="21"/>
        </w:rPr>
        <w:t>Locate and label utility shut-offs</w:t>
      </w:r>
    </w:p>
    <w:p w14:paraId="54753DDF" w14:textId="77777777" w:rsidR="00614B64" w:rsidRPr="00BC0C8B" w:rsidRDefault="00000000">
      <w:pPr>
        <w:pStyle w:val="ListBullet"/>
      </w:pPr>
      <w:r>
        <w:rPr>
          <w:sz w:val="21"/>
        </w:rPr>
        <w:t>Document home contents and valuables</w:t>
      </w:r>
    </w:p>
    <w:p w14:paraId="2F93CDF2" w14:textId="77777777" w:rsidR="00BC0C8B" w:rsidRPr="00BC0C8B" w:rsidRDefault="00BC0C8B" w:rsidP="00BC0C8B">
      <w:pPr>
        <w:pStyle w:val="ListBullet"/>
        <w:numPr>
          <w:ilvl w:val="0"/>
          <w:numId w:val="0"/>
        </w:numPr>
        <w:ind w:left="360"/>
      </w:pPr>
    </w:p>
    <w:p w14:paraId="79D4C546" w14:textId="77777777" w:rsidR="00BC0C8B" w:rsidRPr="00BC0C8B" w:rsidRDefault="00BC0C8B" w:rsidP="00BC0C8B">
      <w:pPr>
        <w:pStyle w:val="ListBullet"/>
        <w:numPr>
          <w:ilvl w:val="0"/>
          <w:numId w:val="0"/>
        </w:numPr>
        <w:rPr>
          <w:b/>
          <w:bCs/>
          <w:sz w:val="20"/>
          <w:szCs w:val="20"/>
        </w:rPr>
      </w:pPr>
      <w:r w:rsidRPr="00BC0C8B">
        <w:rPr>
          <w:b/>
          <w:bCs/>
          <w:sz w:val="20"/>
          <w:szCs w:val="20"/>
        </w:rPr>
        <w:t xml:space="preserve">CONTACT JOHN GRACE 24/7 – </w:t>
      </w:r>
      <w:r w:rsidRPr="00BC0C8B">
        <w:rPr>
          <w:b/>
          <w:bCs/>
          <w:color w:val="EE0000"/>
          <w:sz w:val="20"/>
          <w:szCs w:val="20"/>
        </w:rPr>
        <w:t xml:space="preserve">Grand Rapids </w:t>
      </w:r>
      <w:r w:rsidRPr="00BC0C8B">
        <w:rPr>
          <w:b/>
          <w:bCs/>
          <w:sz w:val="20"/>
          <w:szCs w:val="20"/>
        </w:rPr>
        <w:t xml:space="preserve">616-438-5315, </w:t>
      </w:r>
      <w:r w:rsidRPr="00BC0C8B">
        <w:rPr>
          <w:b/>
          <w:bCs/>
          <w:color w:val="EE0000"/>
          <w:sz w:val="20"/>
          <w:szCs w:val="20"/>
        </w:rPr>
        <w:t>Lakeshore</w:t>
      </w:r>
      <w:r w:rsidRPr="00BC0C8B">
        <w:rPr>
          <w:b/>
          <w:bCs/>
          <w:sz w:val="20"/>
          <w:szCs w:val="20"/>
        </w:rPr>
        <w:t xml:space="preserve"> 231-571-9501, </w:t>
      </w:r>
      <w:r w:rsidRPr="00BC0C8B">
        <w:rPr>
          <w:b/>
          <w:bCs/>
          <w:color w:val="EE0000"/>
          <w:sz w:val="20"/>
          <w:szCs w:val="20"/>
        </w:rPr>
        <w:t>Kalamazoo</w:t>
      </w:r>
      <w:r w:rsidRPr="00BC0C8B">
        <w:rPr>
          <w:b/>
          <w:bCs/>
          <w:sz w:val="20"/>
          <w:szCs w:val="20"/>
        </w:rPr>
        <w:t xml:space="preserve"> 269-254-8118</w:t>
      </w:r>
    </w:p>
    <w:p w14:paraId="6F9D1FAB" w14:textId="77777777" w:rsidR="00BC0C8B" w:rsidRDefault="00BC0C8B" w:rsidP="00BC0C8B">
      <w:pPr>
        <w:pStyle w:val="ListBullet"/>
        <w:numPr>
          <w:ilvl w:val="0"/>
          <w:numId w:val="0"/>
        </w:numPr>
        <w:ind w:left="360"/>
      </w:pPr>
    </w:p>
    <w:p w14:paraId="30D37798" w14:textId="77777777" w:rsidR="00614B64" w:rsidRDefault="00000000">
      <w:r>
        <w:br w:type="page"/>
      </w:r>
    </w:p>
    <w:p w14:paraId="3B9FC50E" w14:textId="48E6BF55" w:rsidR="00614B64" w:rsidRPr="00BC0C8B" w:rsidRDefault="00BC0C8B">
      <w:pPr>
        <w:rPr>
          <w:u w:val="single"/>
        </w:rPr>
      </w:pPr>
      <w:r w:rsidRPr="00BC0C8B">
        <w:rPr>
          <w:b/>
          <w:sz w:val="32"/>
          <w:u w:val="single"/>
        </w:rPr>
        <w:lastRenderedPageBreak/>
        <w:t xml:space="preserve">SEVERE WEATHER TIPS - </w:t>
      </w:r>
      <w:r w:rsidRPr="00BC0C8B">
        <w:rPr>
          <w:b/>
          <w:sz w:val="40"/>
          <w:szCs w:val="40"/>
          <w:u w:val="single"/>
        </w:rPr>
        <w:t>AFTER</w:t>
      </w:r>
      <w:r w:rsidRPr="00BC0C8B">
        <w:rPr>
          <w:b/>
          <w:sz w:val="32"/>
          <w:u w:val="single"/>
        </w:rPr>
        <w:t xml:space="preserve"> THE STORM</w:t>
      </w:r>
    </w:p>
    <w:p w14:paraId="7B5784D2" w14:textId="77777777" w:rsidR="00614B64" w:rsidRPr="00BC0C8B" w:rsidRDefault="00000000">
      <w:pPr>
        <w:rPr>
          <w:color w:val="EE0000"/>
          <w:sz w:val="28"/>
          <w:szCs w:val="28"/>
        </w:rPr>
      </w:pPr>
      <w:r w:rsidRPr="00BC0C8B">
        <w:rPr>
          <w:b/>
          <w:color w:val="EE0000"/>
          <w:sz w:val="32"/>
          <w:szCs w:val="28"/>
        </w:rPr>
        <w:t>SAFETY FIRST + GUIDANCE</w:t>
      </w:r>
    </w:p>
    <w:p w14:paraId="678F6B37" w14:textId="77777777" w:rsidR="00614B64" w:rsidRDefault="00000000">
      <w:r>
        <w:rPr>
          <w:b/>
          <w:sz w:val="24"/>
        </w:rPr>
        <w:t>SAFETY FIRST</w:t>
      </w:r>
    </w:p>
    <w:p w14:paraId="041111CC" w14:textId="77777777" w:rsidR="00614B64" w:rsidRDefault="00000000">
      <w:pPr>
        <w:pStyle w:val="ListBullet"/>
      </w:pPr>
      <w:r>
        <w:rPr>
          <w:sz w:val="21"/>
        </w:rPr>
        <w:t>Confirm safety of family members, neighbors, and pets</w:t>
      </w:r>
    </w:p>
    <w:p w14:paraId="1DE47968" w14:textId="77777777" w:rsidR="00614B64" w:rsidRDefault="00000000">
      <w:pPr>
        <w:pStyle w:val="ListBullet"/>
      </w:pPr>
      <w:r>
        <w:rPr>
          <w:sz w:val="21"/>
        </w:rPr>
        <w:t>Avoid downed power lines and standing water near electrical sources</w:t>
      </w:r>
    </w:p>
    <w:p w14:paraId="61124A65" w14:textId="77777777" w:rsidR="00614B64" w:rsidRDefault="00000000">
      <w:pPr>
        <w:pStyle w:val="ListBullet"/>
      </w:pPr>
      <w:r>
        <w:rPr>
          <w:sz w:val="21"/>
        </w:rPr>
        <w:t>Watch for structural hazards (sagging ceilings, roof damage)</w:t>
      </w:r>
    </w:p>
    <w:p w14:paraId="15BCE6B3" w14:textId="77777777" w:rsidR="00614B64" w:rsidRDefault="00000000">
      <w:pPr>
        <w:pStyle w:val="ListBullet"/>
      </w:pPr>
      <w:r>
        <w:rPr>
          <w:sz w:val="21"/>
        </w:rPr>
        <w:t>Stay out of severely damaged buildings until declared safe</w:t>
      </w:r>
    </w:p>
    <w:p w14:paraId="0AEB2AFC" w14:textId="77777777" w:rsidR="00614B64" w:rsidRDefault="00000000">
      <w:pPr>
        <w:pStyle w:val="ListBullet"/>
      </w:pPr>
      <w:r>
        <w:rPr>
          <w:sz w:val="21"/>
        </w:rPr>
        <w:t>Watch for gas odors and evacuate immediately if detected</w:t>
      </w:r>
    </w:p>
    <w:p w14:paraId="7ADCC3BC" w14:textId="77777777" w:rsidR="00614B64" w:rsidRDefault="00000000">
      <w:pPr>
        <w:pStyle w:val="ListBullet"/>
      </w:pPr>
      <w:r>
        <w:rPr>
          <w:sz w:val="21"/>
        </w:rPr>
        <w:t>Wear proper footwear when walking debris areas</w:t>
      </w:r>
    </w:p>
    <w:p w14:paraId="024DFA5D" w14:textId="77777777" w:rsidR="00614B64" w:rsidRDefault="00000000">
      <w:r>
        <w:rPr>
          <w:b/>
          <w:sz w:val="24"/>
        </w:rPr>
        <w:t>LIMIT DAMAGE — CHECK HAZARDS</w:t>
      </w:r>
    </w:p>
    <w:p w14:paraId="048A6707" w14:textId="77777777" w:rsidR="00614B64" w:rsidRDefault="00000000">
      <w:pPr>
        <w:pStyle w:val="ListBullet"/>
      </w:pPr>
      <w:r>
        <w:rPr>
          <w:sz w:val="21"/>
        </w:rPr>
        <w:t>Check for interior and exterior damage</w:t>
      </w:r>
    </w:p>
    <w:p w14:paraId="4C9F3596" w14:textId="77777777" w:rsidR="00614B64" w:rsidRDefault="00000000">
      <w:pPr>
        <w:pStyle w:val="ListBullet"/>
      </w:pPr>
      <w:r>
        <w:rPr>
          <w:sz w:val="21"/>
        </w:rPr>
        <w:t>Inspect for water leaks, broken pipes, or electrical hazards</w:t>
      </w:r>
    </w:p>
    <w:p w14:paraId="12D79540" w14:textId="77777777" w:rsidR="00614B64" w:rsidRDefault="00000000">
      <w:pPr>
        <w:pStyle w:val="ListBullet"/>
      </w:pPr>
      <w:r>
        <w:rPr>
          <w:sz w:val="21"/>
        </w:rPr>
        <w:t>Shut off water supply if pipes are damaged</w:t>
      </w:r>
    </w:p>
    <w:p w14:paraId="738573AA" w14:textId="77777777" w:rsidR="00614B64" w:rsidRDefault="00000000">
      <w:pPr>
        <w:pStyle w:val="ListBullet"/>
      </w:pPr>
      <w:r>
        <w:rPr>
          <w:sz w:val="21"/>
        </w:rPr>
        <w:t>Turn off electricity if water has entered the structure</w:t>
      </w:r>
    </w:p>
    <w:p w14:paraId="61B34288" w14:textId="77777777" w:rsidR="00614B64" w:rsidRDefault="00000000">
      <w:pPr>
        <w:pStyle w:val="ListBullet"/>
      </w:pPr>
      <w:r>
        <w:rPr>
          <w:sz w:val="21"/>
        </w:rPr>
        <w:t>Cover broken windows or tarp roof if safe</w:t>
      </w:r>
    </w:p>
    <w:p w14:paraId="350C4C53" w14:textId="77777777" w:rsidR="00614B64" w:rsidRDefault="00000000">
      <w:pPr>
        <w:pStyle w:val="ListBullet"/>
      </w:pPr>
      <w:r>
        <w:rPr>
          <w:sz w:val="21"/>
        </w:rPr>
        <w:t>Seek expert help from John Grace if specialized equipment is needed</w:t>
      </w:r>
    </w:p>
    <w:p w14:paraId="33D8DBBA" w14:textId="77777777" w:rsidR="00614B64" w:rsidRDefault="00000000">
      <w:r>
        <w:rPr>
          <w:b/>
          <w:sz w:val="24"/>
        </w:rPr>
        <w:t>DOCUMENT DAMAGE</w:t>
      </w:r>
    </w:p>
    <w:p w14:paraId="217244AA" w14:textId="77777777" w:rsidR="00614B64" w:rsidRDefault="00000000">
      <w:pPr>
        <w:pStyle w:val="ListBullet"/>
      </w:pPr>
      <w:r>
        <w:rPr>
          <w:sz w:val="21"/>
        </w:rPr>
        <w:t>Take photos and videos of all visible damage</w:t>
      </w:r>
    </w:p>
    <w:p w14:paraId="37C0FC49" w14:textId="77777777" w:rsidR="00614B64" w:rsidRDefault="00000000">
      <w:pPr>
        <w:pStyle w:val="ListBullet"/>
      </w:pPr>
      <w:r>
        <w:rPr>
          <w:sz w:val="21"/>
        </w:rPr>
        <w:t>Maintain a written list of damaged items</w:t>
      </w:r>
    </w:p>
    <w:p w14:paraId="019B3DC9" w14:textId="77777777" w:rsidR="00614B64" w:rsidRDefault="00000000">
      <w:pPr>
        <w:pStyle w:val="ListBullet"/>
      </w:pPr>
      <w:r>
        <w:rPr>
          <w:sz w:val="21"/>
        </w:rPr>
        <w:t>Keep receipts for emergency expenses</w:t>
      </w:r>
    </w:p>
    <w:p w14:paraId="3B9E0383" w14:textId="77777777" w:rsidR="00614B64" w:rsidRDefault="00000000">
      <w:pPr>
        <w:pStyle w:val="ListBullet"/>
      </w:pPr>
      <w:r>
        <w:rPr>
          <w:sz w:val="21"/>
        </w:rPr>
        <w:t>Avoid discarding damaged materials until approved by insurance</w:t>
      </w:r>
    </w:p>
    <w:p w14:paraId="37F99AF9" w14:textId="77777777" w:rsidR="00614B64" w:rsidRDefault="00000000">
      <w:pPr>
        <w:pStyle w:val="ListBullet"/>
      </w:pPr>
      <w:r>
        <w:rPr>
          <w:sz w:val="21"/>
        </w:rPr>
        <w:t>John Grace can assist with professional documentation</w:t>
      </w:r>
    </w:p>
    <w:p w14:paraId="7DBB145A" w14:textId="77777777" w:rsidR="00614B64" w:rsidRDefault="00000000">
      <w:r>
        <w:rPr>
          <w:b/>
          <w:sz w:val="24"/>
        </w:rPr>
        <w:t>CONTACT SUPPORT RESOURCES</w:t>
      </w:r>
    </w:p>
    <w:p w14:paraId="0D08AEFE" w14:textId="77777777" w:rsidR="00614B64" w:rsidRDefault="00000000">
      <w:pPr>
        <w:pStyle w:val="ListBullet"/>
      </w:pPr>
      <w:r>
        <w:rPr>
          <w:sz w:val="21"/>
        </w:rPr>
        <w:t>Notify your insurance agent promptly</w:t>
      </w:r>
    </w:p>
    <w:p w14:paraId="212E0823" w14:textId="77777777" w:rsidR="00614B64" w:rsidRDefault="00000000">
      <w:pPr>
        <w:pStyle w:val="ListBullet"/>
      </w:pPr>
      <w:r>
        <w:rPr>
          <w:sz w:val="21"/>
        </w:rPr>
        <w:t>Avoid signing contracts with door-to-door contractors</w:t>
      </w:r>
    </w:p>
    <w:p w14:paraId="7DFAF396" w14:textId="77777777" w:rsidR="00614B64" w:rsidRDefault="00000000">
      <w:pPr>
        <w:pStyle w:val="ListBullet"/>
      </w:pPr>
      <w:r>
        <w:rPr>
          <w:sz w:val="21"/>
        </w:rPr>
        <w:t>Verify contractor licensing and insurance credentials</w:t>
      </w:r>
    </w:p>
    <w:p w14:paraId="1F5FCFA2" w14:textId="5B1CDD0C" w:rsidR="00614B64" w:rsidRDefault="00000000">
      <w:pPr>
        <w:pStyle w:val="ListBullet"/>
      </w:pPr>
      <w:r>
        <w:rPr>
          <w:sz w:val="21"/>
        </w:rPr>
        <w:t xml:space="preserve">John Grace </w:t>
      </w:r>
      <w:r w:rsidR="000B6AA2">
        <w:rPr>
          <w:sz w:val="21"/>
        </w:rPr>
        <w:t xml:space="preserve">Restoration can </w:t>
      </w:r>
      <w:r>
        <w:rPr>
          <w:sz w:val="21"/>
        </w:rPr>
        <w:t>work directly with your insurance carrier and adjuster</w:t>
      </w:r>
    </w:p>
    <w:p w14:paraId="39AD435B" w14:textId="77777777" w:rsidR="00614B64" w:rsidRDefault="00000000">
      <w:r>
        <w:rPr>
          <w:b/>
          <w:sz w:val="24"/>
        </w:rPr>
        <w:t>PROFESSIONAL RESTORATION SUPPORT</w:t>
      </w:r>
    </w:p>
    <w:p w14:paraId="5C1EB82F" w14:textId="77777777" w:rsidR="000B6AA2" w:rsidRPr="000B6AA2" w:rsidRDefault="00BC0C8B" w:rsidP="00BC0C8B">
      <w:pPr>
        <w:pStyle w:val="ListBullet"/>
      </w:pPr>
      <w:r>
        <w:rPr>
          <w:sz w:val="21"/>
        </w:rPr>
        <w:t xml:space="preserve">Call John Grace for 24/7 emergency response and free inspections.  </w:t>
      </w:r>
    </w:p>
    <w:p w14:paraId="666C7313" w14:textId="26AEAB5E" w:rsidR="00BC0C8B" w:rsidRPr="00BC0C8B" w:rsidRDefault="000B6AA2" w:rsidP="00BC0C8B">
      <w:pPr>
        <w:pStyle w:val="ListBullet"/>
      </w:pPr>
      <w:r>
        <w:rPr>
          <w:sz w:val="21"/>
        </w:rPr>
        <w:t>Our team can help with every step of your home or business restoration project</w:t>
      </w:r>
    </w:p>
    <w:p w14:paraId="46FDDB2A" w14:textId="46E5514B" w:rsidR="00614B64" w:rsidRDefault="00000000" w:rsidP="00BC0C8B">
      <w:pPr>
        <w:pStyle w:val="ListBullet"/>
        <w:tabs>
          <w:tab w:val="clear" w:pos="360"/>
          <w:tab w:val="num" w:pos="720"/>
        </w:tabs>
        <w:ind w:left="720"/>
      </w:pPr>
      <w:r>
        <w:rPr>
          <w:sz w:val="21"/>
        </w:rPr>
        <w:t>Identify hidden moisture and structural damage</w:t>
      </w:r>
    </w:p>
    <w:p w14:paraId="57D8D9DA" w14:textId="24F5BD3D" w:rsidR="00614B64" w:rsidRDefault="00000000" w:rsidP="00BC0C8B">
      <w:pPr>
        <w:pStyle w:val="ListBullet"/>
        <w:tabs>
          <w:tab w:val="clear" w:pos="360"/>
          <w:tab w:val="num" w:pos="720"/>
        </w:tabs>
        <w:ind w:left="720"/>
      </w:pPr>
      <w:r w:rsidRPr="00BC0C8B">
        <w:rPr>
          <w:sz w:val="21"/>
        </w:rPr>
        <w:t>Board up windows and tarp roof</w:t>
      </w:r>
      <w:r w:rsidR="00BC0C8B" w:rsidRPr="00BC0C8B">
        <w:rPr>
          <w:sz w:val="21"/>
        </w:rPr>
        <w:t xml:space="preserve">s to </w:t>
      </w:r>
      <w:r w:rsidR="00BC0C8B">
        <w:rPr>
          <w:sz w:val="21"/>
        </w:rPr>
        <w:t>s</w:t>
      </w:r>
      <w:r w:rsidRPr="00BC0C8B">
        <w:rPr>
          <w:sz w:val="21"/>
        </w:rPr>
        <w:t>ecure property from weather exposure</w:t>
      </w:r>
    </w:p>
    <w:p w14:paraId="352A72C3" w14:textId="77777777" w:rsidR="00614B64" w:rsidRDefault="00000000" w:rsidP="00BC0C8B">
      <w:pPr>
        <w:pStyle w:val="ListBullet"/>
        <w:tabs>
          <w:tab w:val="clear" w:pos="360"/>
          <w:tab w:val="num" w:pos="720"/>
        </w:tabs>
        <w:ind w:left="720"/>
      </w:pPr>
      <w:r>
        <w:rPr>
          <w:sz w:val="21"/>
        </w:rPr>
        <w:t>Pack out and restore affected contents</w:t>
      </w:r>
    </w:p>
    <w:p w14:paraId="38817244" w14:textId="43486D20" w:rsidR="00614B64" w:rsidRDefault="00000000" w:rsidP="00BC0C8B">
      <w:pPr>
        <w:pStyle w:val="ListBullet"/>
        <w:tabs>
          <w:tab w:val="clear" w:pos="360"/>
          <w:tab w:val="num" w:pos="720"/>
        </w:tabs>
        <w:ind w:left="720"/>
      </w:pPr>
      <w:r>
        <w:rPr>
          <w:sz w:val="21"/>
        </w:rPr>
        <w:t xml:space="preserve">Coordinate mitigation and </w:t>
      </w:r>
      <w:r w:rsidR="00BC0C8B">
        <w:rPr>
          <w:sz w:val="21"/>
        </w:rPr>
        <w:t xml:space="preserve">handle full </w:t>
      </w:r>
      <w:r>
        <w:rPr>
          <w:sz w:val="21"/>
        </w:rPr>
        <w:t>reconstruction</w:t>
      </w:r>
    </w:p>
    <w:p w14:paraId="5F7F152D" w14:textId="77777777" w:rsidR="00BC0C8B" w:rsidRDefault="00BC0C8B" w:rsidP="00BC0C8B">
      <w:pPr>
        <w:pStyle w:val="ListBullet"/>
        <w:numPr>
          <w:ilvl w:val="0"/>
          <w:numId w:val="0"/>
        </w:numPr>
        <w:rPr>
          <w:sz w:val="21"/>
        </w:rPr>
      </w:pPr>
    </w:p>
    <w:p w14:paraId="53EDA262" w14:textId="71AE3DCD" w:rsidR="00BC0C8B" w:rsidRPr="00BC0C8B" w:rsidRDefault="00BC0C8B" w:rsidP="00BC0C8B">
      <w:pPr>
        <w:pStyle w:val="ListBullet"/>
        <w:numPr>
          <w:ilvl w:val="0"/>
          <w:numId w:val="0"/>
        </w:numPr>
        <w:rPr>
          <w:b/>
          <w:bCs/>
          <w:sz w:val="20"/>
          <w:szCs w:val="20"/>
        </w:rPr>
      </w:pPr>
      <w:r w:rsidRPr="00BC0C8B">
        <w:rPr>
          <w:b/>
          <w:bCs/>
          <w:sz w:val="20"/>
          <w:szCs w:val="20"/>
        </w:rPr>
        <w:t xml:space="preserve">CONTACT JOHN GRACE 24/7 – </w:t>
      </w:r>
      <w:r w:rsidRPr="00BC0C8B">
        <w:rPr>
          <w:b/>
          <w:bCs/>
          <w:color w:val="EE0000"/>
          <w:sz w:val="20"/>
          <w:szCs w:val="20"/>
        </w:rPr>
        <w:t xml:space="preserve">Grand Rapids </w:t>
      </w:r>
      <w:r w:rsidRPr="00BC0C8B">
        <w:rPr>
          <w:b/>
          <w:bCs/>
          <w:sz w:val="20"/>
          <w:szCs w:val="20"/>
        </w:rPr>
        <w:t xml:space="preserve">616-438-5315, </w:t>
      </w:r>
      <w:r w:rsidRPr="00BC0C8B">
        <w:rPr>
          <w:b/>
          <w:bCs/>
          <w:color w:val="EE0000"/>
          <w:sz w:val="20"/>
          <w:szCs w:val="20"/>
        </w:rPr>
        <w:t>Lakeshore</w:t>
      </w:r>
      <w:r w:rsidRPr="00BC0C8B">
        <w:rPr>
          <w:b/>
          <w:bCs/>
          <w:sz w:val="20"/>
          <w:szCs w:val="20"/>
        </w:rPr>
        <w:t xml:space="preserve"> 231-571-9501, </w:t>
      </w:r>
      <w:r w:rsidRPr="00BC0C8B">
        <w:rPr>
          <w:b/>
          <w:bCs/>
          <w:color w:val="EE0000"/>
          <w:sz w:val="20"/>
          <w:szCs w:val="20"/>
        </w:rPr>
        <w:t>Kalamazoo</w:t>
      </w:r>
      <w:r w:rsidRPr="00BC0C8B">
        <w:rPr>
          <w:b/>
          <w:bCs/>
          <w:sz w:val="20"/>
          <w:szCs w:val="20"/>
        </w:rPr>
        <w:t xml:space="preserve"> 269-254-8118</w:t>
      </w:r>
    </w:p>
    <w:sectPr w:rsidR="00BC0C8B" w:rsidRPr="00BC0C8B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40990933">
    <w:abstractNumId w:val="8"/>
  </w:num>
  <w:num w:numId="2" w16cid:durableId="404650808">
    <w:abstractNumId w:val="6"/>
  </w:num>
  <w:num w:numId="3" w16cid:durableId="1582325218">
    <w:abstractNumId w:val="5"/>
  </w:num>
  <w:num w:numId="4" w16cid:durableId="838009964">
    <w:abstractNumId w:val="4"/>
  </w:num>
  <w:num w:numId="5" w16cid:durableId="801505756">
    <w:abstractNumId w:val="7"/>
  </w:num>
  <w:num w:numId="6" w16cid:durableId="2106923668">
    <w:abstractNumId w:val="3"/>
  </w:num>
  <w:num w:numId="7" w16cid:durableId="25177990">
    <w:abstractNumId w:val="2"/>
  </w:num>
  <w:num w:numId="8" w16cid:durableId="1774090922">
    <w:abstractNumId w:val="1"/>
  </w:num>
  <w:num w:numId="9" w16cid:durableId="1293905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6AA2"/>
    <w:rsid w:val="0015074B"/>
    <w:rsid w:val="0029639D"/>
    <w:rsid w:val="00326F90"/>
    <w:rsid w:val="00614B64"/>
    <w:rsid w:val="006A7113"/>
    <w:rsid w:val="007330DB"/>
    <w:rsid w:val="00894079"/>
    <w:rsid w:val="00A243D5"/>
    <w:rsid w:val="00A954A0"/>
    <w:rsid w:val="00A968C9"/>
    <w:rsid w:val="00AA1D8D"/>
    <w:rsid w:val="00B47730"/>
    <w:rsid w:val="00BC0C8B"/>
    <w:rsid w:val="00CB0664"/>
    <w:rsid w:val="00F811A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89D618"/>
  <w14:defaultImageDpi w14:val="300"/>
  <w15:docId w15:val="{026FE4F8-759C-4E46-B34C-2E757E69D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Ben Nyenhuis</cp:lastModifiedBy>
  <cp:revision>3</cp:revision>
  <dcterms:created xsi:type="dcterms:W3CDTF">2026-03-30T19:46:00Z</dcterms:created>
  <dcterms:modified xsi:type="dcterms:W3CDTF">2026-03-30T19:51:00Z</dcterms:modified>
  <cp:category/>
</cp:coreProperties>
</file>